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C7088" w14:textId="77777777" w:rsidR="006D3B22" w:rsidRDefault="00160EA8">
      <w:pPr>
        <w:jc w:val="right"/>
      </w:pPr>
      <w:r>
        <w:rPr>
          <w:b/>
          <w:sz w:val="20"/>
        </w:rPr>
        <w:t>AL RESPONSABILE DELL'AREA FINANZIARIA / AMMINISTRATIVA</w:t>
      </w:r>
      <w:r>
        <w:rPr>
          <w:b/>
          <w:sz w:val="20"/>
        </w:rPr>
        <w:br/>
        <w:t>COMUNE DI SCHIAVON</w:t>
      </w:r>
      <w:r>
        <w:rPr>
          <w:b/>
          <w:sz w:val="20"/>
        </w:rPr>
        <w:br/>
        <w:t>Piazza Risorgimento, 4</w:t>
      </w:r>
      <w:r>
        <w:rPr>
          <w:b/>
          <w:sz w:val="20"/>
        </w:rPr>
        <w:br/>
        <w:t>36060 Schiavon (VI)</w:t>
      </w:r>
    </w:p>
    <w:p w14:paraId="5365F788" w14:textId="77777777" w:rsidR="006D3B22" w:rsidRDefault="00160EA8">
      <w:pPr>
        <w:spacing w:before="400" w:after="400"/>
        <w:jc w:val="center"/>
      </w:pPr>
      <w:r>
        <w:rPr>
          <w:b/>
          <w:color w:val="1B365D"/>
          <w:sz w:val="28"/>
        </w:rPr>
        <w:t>DOMANDA DI ASSEGNAZIONE DI "BORSA DI STUDIO"</w:t>
      </w:r>
      <w:r>
        <w:rPr>
          <w:b/>
          <w:color w:val="1B365D"/>
          <w:sz w:val="28"/>
        </w:rPr>
        <w:br/>
        <w:t>PER MERITO SCOLASTICO E ACCADEMICO</w:t>
      </w:r>
      <w:r>
        <w:rPr>
          <w:b/>
          <w:color w:val="1B365D"/>
          <w:sz w:val="28"/>
        </w:rPr>
        <w:br/>
        <w:t>ANNO SCOLASTICO / ACCADEMICO 2025/2026</w:t>
      </w:r>
    </w:p>
    <w:p w14:paraId="09D60C5A" w14:textId="77777777" w:rsidR="006D3B22" w:rsidRDefault="00160EA8">
      <w:pPr>
        <w:spacing w:before="240" w:after="120"/>
      </w:pPr>
      <w:r>
        <w:rPr>
          <w:b/>
          <w:color w:val="1B365D"/>
          <w:sz w:val="22"/>
        </w:rPr>
        <w:t>1. DATI ANAGRAFICI DEL RICHIEDENTE</w:t>
      </w:r>
    </w:p>
    <w:p w14:paraId="73A49A68" w14:textId="7EF9B9C5" w:rsidR="006D3B22" w:rsidRDefault="00160EA8">
      <w:pPr>
        <w:spacing w:line="312" w:lineRule="auto"/>
      </w:pPr>
      <w:r>
        <w:rPr>
          <w:i/>
        </w:rPr>
        <w:t>Il/La sottoscritto/a (studente maggiorenne o genitore/tutore in caso di studente minorenne):</w:t>
      </w:r>
      <w:r>
        <w:rPr>
          <w:i/>
        </w:rPr>
        <w:br/>
      </w:r>
      <w:proofErr w:type="spellStart"/>
      <w:r>
        <w:t>Cognome</w:t>
      </w:r>
      <w:proofErr w:type="spellEnd"/>
      <w:r>
        <w:t>: _____________________</w:t>
      </w:r>
      <w:r>
        <w:t xml:space="preserve">______________  Nome: </w:t>
      </w:r>
      <w:r>
        <w:t>__________________________________</w:t>
      </w:r>
      <w:r>
        <w:br/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: _______________________________  Nato/a a: _________________ il: </w:t>
      </w:r>
      <w:r w:rsidR="00002DDB">
        <w:t>_</w:t>
      </w:r>
      <w:r>
        <w:t>__/__</w:t>
      </w:r>
      <w:r>
        <w:t>_/_</w:t>
      </w:r>
      <w:r>
        <w:t>____</w:t>
      </w:r>
      <w:r>
        <w:br/>
        <w:t>Residente a Schiavon (VI) in Via/Piazza: ______________________________________</w:t>
      </w:r>
      <w:r>
        <w:t>__ n. _________</w:t>
      </w:r>
      <w:r>
        <w:br/>
      </w:r>
      <w:proofErr w:type="spellStart"/>
      <w:r>
        <w:t>Telefono</w:t>
      </w:r>
      <w:proofErr w:type="spellEnd"/>
      <w:r>
        <w:t xml:space="preserve">: ____________________________________  E-mail: </w:t>
      </w:r>
      <w:r w:rsidR="00002DDB">
        <w:t>_</w:t>
      </w:r>
      <w:r>
        <w:t>________________________________</w:t>
      </w:r>
      <w:r>
        <w:br/>
        <w:t>PEC (se disponibile):</w:t>
      </w:r>
      <w:r>
        <w:t>____________________________________________________________________</w:t>
      </w:r>
    </w:p>
    <w:p w14:paraId="0CC46D16" w14:textId="424DEF55" w:rsidR="006D3B22" w:rsidRDefault="00160EA8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pacing w:before="120" w:line="312" w:lineRule="auto"/>
      </w:pPr>
      <w:r>
        <w:rPr>
          <w:i/>
        </w:rPr>
        <w:t xml:space="preserve">Da compilare SOLO in </w:t>
      </w:r>
      <w:proofErr w:type="spellStart"/>
      <w:r>
        <w:rPr>
          <w:i/>
        </w:rPr>
        <w:t>caso</w:t>
      </w:r>
      <w:proofErr w:type="spellEnd"/>
      <w:r>
        <w:rPr>
          <w:i/>
        </w:rPr>
        <w:t xml:space="preserve"> di </w:t>
      </w:r>
      <w:proofErr w:type="spellStart"/>
      <w:r>
        <w:rPr>
          <w:i/>
        </w:rPr>
        <w:t>candidato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minorenne</w:t>
      </w:r>
      <w:proofErr w:type="spellEnd"/>
      <w:r>
        <w:rPr>
          <w:i/>
        </w:rPr>
        <w:t>:</w:t>
      </w:r>
      <w:r>
        <w:rPr>
          <w:i/>
        </w:rPr>
        <w:br/>
      </w:r>
      <w:r>
        <w:t xml:space="preserve">In </w:t>
      </w:r>
      <w:proofErr w:type="spellStart"/>
      <w:r>
        <w:t>qualità</w:t>
      </w:r>
      <w:proofErr w:type="spellEnd"/>
      <w:r>
        <w:t xml:space="preserve"> di genitore / tutore legale dello studente:</w:t>
      </w:r>
      <w:r>
        <w:br/>
      </w:r>
      <w:proofErr w:type="spellStart"/>
      <w:r>
        <w:t>Cognome</w:t>
      </w:r>
      <w:proofErr w:type="spellEnd"/>
      <w:r>
        <w:t>: ___________________________________</w:t>
      </w:r>
      <w:proofErr w:type="gramStart"/>
      <w:r>
        <w:t>_  Nome</w:t>
      </w:r>
      <w:proofErr w:type="gramEnd"/>
      <w:r>
        <w:t xml:space="preserve">: </w:t>
      </w:r>
      <w:r>
        <w:t>_________________________________</w:t>
      </w:r>
      <w:r>
        <w:br/>
        <w:t>C</w:t>
      </w:r>
      <w:proofErr w:type="spellStart"/>
      <w:r>
        <w:t>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: ______________________________</w:t>
      </w:r>
      <w:proofErr w:type="gramStart"/>
      <w:r>
        <w:t>_  Nato</w:t>
      </w:r>
      <w:proofErr w:type="gramEnd"/>
      <w:r>
        <w:t>/a a: _________________ il: __</w:t>
      </w:r>
      <w:r>
        <w:t>_/</w:t>
      </w:r>
      <w:r>
        <w:t>___/_</w:t>
      </w:r>
      <w:r w:rsidR="00002DDB">
        <w:t>__</w:t>
      </w:r>
      <w:r>
        <w:t>___</w:t>
      </w:r>
    </w:p>
    <w:p w14:paraId="6699AEA5" w14:textId="77777777" w:rsidR="006D3B22" w:rsidRDefault="00160EA8">
      <w:pPr>
        <w:spacing w:before="280" w:after="120"/>
      </w:pPr>
      <w:r>
        <w:rPr>
          <w:b/>
          <w:color w:val="1B365D"/>
          <w:sz w:val="22"/>
        </w:rPr>
        <w:t>2. RICHIESTA DI AMMISSIONE</w:t>
      </w:r>
    </w:p>
    <w:p w14:paraId="30CDDEFD" w14:textId="08395197" w:rsidR="006D3B22" w:rsidRDefault="00160EA8">
      <w:pPr>
        <w:spacing w:after="160"/>
      </w:pPr>
      <w:r>
        <w:t xml:space="preserve">CHIEDE l'ammissione al concorso per l'assegnazione di una Borsa di Studio per </w:t>
      </w:r>
      <w:proofErr w:type="spellStart"/>
      <w:r>
        <w:t>merito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e</w:t>
      </w:r>
      <w:r w:rsidR="00002DDB">
        <w:t xml:space="preserve"> </w:t>
      </w:r>
      <w:proofErr w:type="spellStart"/>
      <w:r w:rsidR="00002DDB">
        <w:t>a</w:t>
      </w:r>
      <w:r>
        <w:t>ccademico</w:t>
      </w:r>
      <w:proofErr w:type="spellEnd"/>
      <w:r>
        <w:t xml:space="preserve"> per </w:t>
      </w:r>
      <w:proofErr w:type="spellStart"/>
      <w:r>
        <w:t>l'anno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2025/2026, </w:t>
      </w:r>
      <w:proofErr w:type="spellStart"/>
      <w:r>
        <w:t>istituita</w:t>
      </w:r>
      <w:proofErr w:type="spellEnd"/>
      <w:r>
        <w:t xml:space="preserve"> dal Comune di Schiavon, concorrendo per la seguente categoria (barrare la casella di interesse):</w:t>
      </w:r>
    </w:p>
    <w:p w14:paraId="64F04ABA" w14:textId="77777777" w:rsidR="006D3B22" w:rsidRDefault="00160EA8">
      <w:pPr>
        <w:pStyle w:val="Puntoelenco"/>
      </w:pPr>
      <w:r>
        <w:rPr>
          <w:b/>
        </w:rPr>
        <w:t xml:space="preserve">[  ]  CATEGORIA A: </w:t>
      </w:r>
      <w:r>
        <w:t>Studenti Scuola Secondaria I Grado (Media)</w:t>
      </w:r>
    </w:p>
    <w:p w14:paraId="716FB1F6" w14:textId="77777777" w:rsidR="006D3B22" w:rsidRDefault="00160EA8">
      <w:pPr>
        <w:pStyle w:val="Puntoelenco"/>
      </w:pPr>
      <w:r>
        <w:rPr>
          <w:b/>
        </w:rPr>
        <w:t xml:space="preserve">[  ]  CATEGORIA B: </w:t>
      </w:r>
      <w:r>
        <w:t>Studenti Scuola Secondaria II Grado (Superiore)</w:t>
      </w:r>
    </w:p>
    <w:p w14:paraId="650B15E3" w14:textId="77777777" w:rsidR="006D3B22" w:rsidRDefault="00160EA8">
      <w:pPr>
        <w:pStyle w:val="Puntoelenco"/>
      </w:pPr>
      <w:r>
        <w:rPr>
          <w:b/>
        </w:rPr>
        <w:t xml:space="preserve">[  ]  CATEGORIA C: </w:t>
      </w:r>
      <w:r>
        <w:t>Laureati</w:t>
      </w:r>
    </w:p>
    <w:p w14:paraId="7553987A" w14:textId="77777777" w:rsidR="006D3B22" w:rsidRDefault="00160EA8">
      <w:pPr>
        <w:spacing w:before="280" w:after="120"/>
      </w:pPr>
      <w:r>
        <w:rPr>
          <w:b/>
          <w:color w:val="1B365D"/>
          <w:sz w:val="22"/>
        </w:rPr>
        <w:t>3. DICHIARAZIONE SOSTITUTIVA DI CERTIFICAZIONE (Art. 46 D.P.R. 445/2000)</w:t>
      </w:r>
    </w:p>
    <w:p w14:paraId="230D798E" w14:textId="77777777" w:rsidR="006D3B22" w:rsidRDefault="00160EA8">
      <w:pPr>
        <w:spacing w:after="160"/>
      </w:pPr>
      <w:r>
        <w:rPr>
          <w:i/>
        </w:rPr>
        <w:t>Consapevole delle sanzioni penali previste dall'art. 76 del D.P.R. 445/2000 per le ipotesi di falsità in atti e dichiarazioni mendaci, sotto la propria personale responsabilità, DICHIARA:</w:t>
      </w:r>
    </w:p>
    <w:p w14:paraId="56FD1287" w14:textId="77777777" w:rsidR="006D3B22" w:rsidRDefault="00160EA8">
      <w:pPr>
        <w:spacing w:after="80"/>
        <w:ind w:left="288"/>
      </w:pPr>
      <w:r>
        <w:rPr>
          <w:b/>
        </w:rPr>
        <w:t xml:space="preserve">1. Residenza: </w:t>
      </w:r>
      <w:r>
        <w:t>di essere residente nel Comune di Schiavon da almeno 12 mesi precedenti la data di conclusione dell'anno scolastico di interesse.</w:t>
      </w:r>
    </w:p>
    <w:p w14:paraId="45BCABFF" w14:textId="18B4ED16" w:rsidR="006D3B22" w:rsidRDefault="00160EA8">
      <w:pPr>
        <w:spacing w:after="80" w:line="312" w:lineRule="auto"/>
        <w:ind w:left="288"/>
      </w:pPr>
      <w:r>
        <w:rPr>
          <w:b/>
        </w:rPr>
        <w:t xml:space="preserve">2. Titolo di studio e Merito: </w:t>
      </w:r>
      <w:r>
        <w:t>di aver conseguito il titolo di studio nei termini previsti dall'avviso pubblico e precisamente:</w:t>
      </w:r>
      <w:r>
        <w:br/>
      </w:r>
      <w:r>
        <w:rPr>
          <w:b/>
        </w:rPr>
        <w:t xml:space="preserve">• Categoria A: </w:t>
      </w:r>
      <w:r>
        <w:t xml:space="preserve">Scuola Media nell'A.S. 2025/2026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l'Istituto</w:t>
      </w:r>
      <w:proofErr w:type="spellEnd"/>
      <w:r>
        <w:t xml:space="preserve"> </w:t>
      </w:r>
      <w:r>
        <w:t xml:space="preserve">______________________________ con </w:t>
      </w:r>
      <w:proofErr w:type="spellStart"/>
      <w:r>
        <w:t>votazione</w:t>
      </w:r>
      <w:proofErr w:type="spellEnd"/>
      <w:r>
        <w:t xml:space="preserve"> finale di _________ / 10 (minimo 9/10).</w:t>
      </w:r>
      <w:r>
        <w:br/>
      </w:r>
      <w:r>
        <w:rPr>
          <w:b/>
        </w:rPr>
        <w:t xml:space="preserve">• Categoria B: </w:t>
      </w:r>
      <w:r>
        <w:t xml:space="preserve">Scuola Superiore nell'A.S. 2025/2026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l'Istituto</w:t>
      </w:r>
      <w:proofErr w:type="spellEnd"/>
      <w:r>
        <w:t xml:space="preserve"> </w:t>
      </w:r>
      <w:r>
        <w:t xml:space="preserve">___________________________ con </w:t>
      </w:r>
      <w:proofErr w:type="spellStart"/>
      <w:r>
        <w:t>votazione</w:t>
      </w:r>
      <w:proofErr w:type="spellEnd"/>
      <w:r>
        <w:t xml:space="preserve"> finale di _________ / 100 (minimo 90/100).</w:t>
      </w:r>
      <w:r>
        <w:br/>
      </w:r>
      <w:r>
        <w:rPr>
          <w:b/>
        </w:rPr>
        <w:lastRenderedPageBreak/>
        <w:t xml:space="preserve">• Categoria C: </w:t>
      </w:r>
      <w:r>
        <w:t xml:space="preserve">Laurea in data ____/____/_______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l'Università</w:t>
      </w:r>
      <w:proofErr w:type="spellEnd"/>
      <w:r>
        <w:t xml:space="preserve"> di </w:t>
      </w:r>
      <w:r>
        <w:t>________________________, Corso di Laurea in ____________________________________</w:t>
      </w:r>
      <w:r w:rsidR="00002DDB">
        <w:t>_</w:t>
      </w:r>
      <w:r>
        <w:t xml:space="preserve">con </w:t>
      </w:r>
      <w:proofErr w:type="spellStart"/>
      <w:r>
        <w:t>votazione</w:t>
      </w:r>
      <w:proofErr w:type="spellEnd"/>
      <w:r>
        <w:t xml:space="preserve"> finale di </w:t>
      </w:r>
      <w:r>
        <w:t>_______ / 110 (</w:t>
      </w:r>
      <w:proofErr w:type="spellStart"/>
      <w:r>
        <w:t>minimo</w:t>
      </w:r>
      <w:proofErr w:type="spellEnd"/>
      <w:r>
        <w:t xml:space="preserve"> 100/110).</w:t>
      </w:r>
    </w:p>
    <w:p w14:paraId="721F1F23" w14:textId="77777777" w:rsidR="006D3B22" w:rsidRDefault="00160EA8">
      <w:pPr>
        <w:spacing w:before="80" w:line="288" w:lineRule="auto"/>
        <w:ind w:left="288"/>
      </w:pPr>
      <w:r>
        <w:rPr>
          <w:b/>
        </w:rPr>
        <w:t>3. Criteri incrementali (Solo per la Categoria C - Laureati):</w:t>
      </w:r>
      <w:r>
        <w:br/>
        <w:t>[  ] Il titolo conseguito è una Laurea Magistrale (+20 punti)</w:t>
      </w:r>
      <w:r>
        <w:br/>
        <w:t>[  ] Alla votazione finale è stata attribuita la Lode (+15 punti)</w:t>
      </w:r>
    </w:p>
    <w:p w14:paraId="2EFA8930" w14:textId="77777777" w:rsidR="006D3B22" w:rsidRDefault="00160EA8">
      <w:pPr>
        <w:spacing w:before="280" w:after="120"/>
      </w:pPr>
      <w:r>
        <w:rPr>
          <w:b/>
          <w:color w:val="1B365D"/>
          <w:sz w:val="22"/>
        </w:rPr>
        <w:t>4. MODALITÀ DI RISCOSSIONE DEL CONTRIBUTO</w:t>
      </w:r>
    </w:p>
    <w:p w14:paraId="5C6DB97F" w14:textId="77777777" w:rsidR="006D3B22" w:rsidRDefault="00160EA8">
      <w:pPr>
        <w:spacing w:line="312" w:lineRule="auto"/>
      </w:pPr>
      <w:r>
        <w:t>In caso di assegnazione della borsa di studio, si richiede l'accredito dell'importo sul seguente conto corrente bancario/postale intestato o cointestato al richiedente o allo studente:</w:t>
      </w:r>
      <w:r>
        <w:br/>
        <w:t>IBAN:   |__|__|__|__|__|__|__|__|__|__|__|__|__|__|__|__|__|__|__|__|__|__|__|__|__|__|</w:t>
      </w:r>
      <w:r>
        <w:br/>
        <w:t>Intestatario del conto corrente: _________________________________________________________________</w:t>
      </w:r>
    </w:p>
    <w:p w14:paraId="78722CC7" w14:textId="77777777" w:rsidR="006D3B22" w:rsidRDefault="00160EA8">
      <w:pPr>
        <w:spacing w:before="280" w:after="120"/>
      </w:pPr>
      <w:r>
        <w:rPr>
          <w:b/>
          <w:color w:val="1B365D"/>
          <w:sz w:val="22"/>
        </w:rPr>
        <w:t>5. ELENCO ALLEGATI OBBLIGATORI</w:t>
      </w:r>
    </w:p>
    <w:p w14:paraId="4F2CC0DC" w14:textId="77777777" w:rsidR="006D3B22" w:rsidRDefault="00160EA8">
      <w:pPr>
        <w:pStyle w:val="Puntoelenco"/>
      </w:pPr>
      <w:r>
        <w:t>[  ] Fotocopia di un documento d'identità in corso di validità del sottoscritto del modulo.</w:t>
      </w:r>
    </w:p>
    <w:p w14:paraId="02EF876D" w14:textId="77777777" w:rsidR="006D3B22" w:rsidRDefault="00160EA8">
      <w:pPr>
        <w:pStyle w:val="Puntoelenco"/>
      </w:pPr>
      <w:r>
        <w:t>[  ] Copia del certificato o autocertificazione dettagliata del titolo di studio conseguito con votazione.</w:t>
      </w:r>
    </w:p>
    <w:p w14:paraId="3A2B095C" w14:textId="77777777" w:rsidR="006D3B22" w:rsidRDefault="00160EA8">
      <w:pPr>
        <w:pStyle w:val="Puntoelenco"/>
      </w:pPr>
      <w:r>
        <w:t>[  ] (Solo per laureati) Documentazione attestante la tipologia di laurea (Magistrale) e l'eventuale lode.</w:t>
      </w:r>
    </w:p>
    <w:p w14:paraId="2012E113" w14:textId="77777777" w:rsidR="006D3B22" w:rsidRDefault="00160EA8">
      <w:pPr>
        <w:spacing w:before="280" w:after="80"/>
      </w:pPr>
      <w:r>
        <w:rPr>
          <w:b/>
          <w:color w:val="1B365D"/>
          <w:sz w:val="20"/>
        </w:rPr>
        <w:t>6. INFORMATIVA E CONSENSO PRIVACY (REG. UE 2016/679)</w:t>
      </w:r>
    </w:p>
    <w:p w14:paraId="0F51476F" w14:textId="77777777" w:rsidR="006D3B22" w:rsidRDefault="00160EA8">
      <w:pPr>
        <w:spacing w:after="400"/>
      </w:pPr>
      <w:r>
        <w:rPr>
          <w:i/>
          <w:sz w:val="18"/>
        </w:rPr>
        <w:t>Il sottoscritto dichiara di aver preso visione dell'informativa sul trattamento dei dati personali ai sensi dell'art. 13 del Regolamento UE 2016/679 (GDPR) contenuta nell'Avviso Pubblico. I dati forniti saranno trattati dal Comune di Schiavon esclusivamente per le finalità legate all'espletamento del procedimento amministrativo in oggetto e per la pubblicazione delle graduatorie.</w:t>
      </w:r>
    </w:p>
    <w:p w14:paraId="3C2E2346" w14:textId="77777777" w:rsidR="006D3B22" w:rsidRDefault="00160EA8">
      <w:pPr>
        <w:spacing w:before="300"/>
      </w:pPr>
      <w:r>
        <w:t>Luogo e data: ________________________                      Firma del richiedente:</w:t>
      </w:r>
      <w:r>
        <w:br/>
      </w:r>
      <w:r>
        <w:br/>
      </w:r>
      <w:r>
        <w:t xml:space="preserve">                                                                               _____________________________________</w:t>
      </w:r>
    </w:p>
    <w:sectPr w:rsidR="006D3B22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9134977">
    <w:abstractNumId w:val="8"/>
  </w:num>
  <w:num w:numId="2" w16cid:durableId="495540604">
    <w:abstractNumId w:val="6"/>
  </w:num>
  <w:num w:numId="3" w16cid:durableId="2102292194">
    <w:abstractNumId w:val="5"/>
  </w:num>
  <w:num w:numId="4" w16cid:durableId="1737891914">
    <w:abstractNumId w:val="4"/>
  </w:num>
  <w:num w:numId="5" w16cid:durableId="238757634">
    <w:abstractNumId w:val="7"/>
  </w:num>
  <w:num w:numId="6" w16cid:durableId="2097703857">
    <w:abstractNumId w:val="3"/>
  </w:num>
  <w:num w:numId="7" w16cid:durableId="1228105960">
    <w:abstractNumId w:val="2"/>
  </w:num>
  <w:num w:numId="8" w16cid:durableId="501051067">
    <w:abstractNumId w:val="1"/>
  </w:num>
  <w:num w:numId="9" w16cid:durableId="377704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DDB"/>
    <w:rsid w:val="00034616"/>
    <w:rsid w:val="0006063C"/>
    <w:rsid w:val="0014238C"/>
    <w:rsid w:val="0015074B"/>
    <w:rsid w:val="00160EA8"/>
    <w:rsid w:val="0029639D"/>
    <w:rsid w:val="00326F90"/>
    <w:rsid w:val="006D3B2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8915D"/>
  <w14:defaultImageDpi w14:val="300"/>
  <w15:docId w15:val="{D7BB13A8-0C87-4B51-BE62-F903681B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333333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Servizi Sociali Comune Schiavon</cp:lastModifiedBy>
  <cp:revision>2</cp:revision>
  <dcterms:created xsi:type="dcterms:W3CDTF">2013-12-23T23:15:00Z</dcterms:created>
  <dcterms:modified xsi:type="dcterms:W3CDTF">2026-10-26T16:41:00Z</dcterms:modified>
  <cp:category/>
</cp:coreProperties>
</file>